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🧑‍🏫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מהדורה למורה – מפתח תשובות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🌾 חג הסיגד · חט״ב – מהדורה למורה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מפתח לכל 3 המסלולים (רגיל · חנ״מ · עולים) ולכל המשחקים בחוברות התלמיד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כיסופים – המילה היא "כיסופים": רגש "חזק, שמושך קדימה", בלי פחד, בלי ויתור, אל ירושלים ש"לא ראיתי... ובכל זאת אני מרגיש אותה כאן". כיסופים הם געגועים עזים שמחזיקים חלום חי לאורך דורות.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אפשר להסיק מהמשפט "לא היה בקולו פחד"? ← שהרגש של סבא אינו פחד (שולל: פחד)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סבא אומר: "אני לא ראיתי אותה... ובכל זאת אני מרגיש אותה כאן". מה זה מלמד? ← שירושלים נשמרה בזיכרון ובלב של המשפחה דורות (שולל: שכחה)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הכותב מבדיל בין הצחוק בסעודה לבין המבט של סבא. מה ההבדל? ← הצחוק הוא שמחה של הרגע, והמבט – משיכה עמוקה אל חלום רחוק (שולל: שמחה)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השתחוות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טהרה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אחדות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סעודה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פיצחתם את צופן הברית: ענווה, טהרה ואחדות – שלושת היסודות של הסיגד.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חזון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הכפר: קס ↔ מנהיג רוחני של הקהילה · אורית ↔ כתבי הקודש של הקהילה · געז ↔ שפה עתיקה של תפילה וכתבים · אמהרית ↔ שפת הדיבור היומיומית → 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ההר: כי ההר מזכיר את הר סיני ומשם מביטים לעבר ירושלים → 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לוח השנה: חמישים יום אחרי יום הכיפורים ↔ מועד הסיגד · ימי עזרא ונחמיה ↔ חידוש הברית · צום עד הצהריים ↔ חשבון נפש · סעודה משותפת ↔ שמחה ואחדות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הטיילת: הכיסופים מרחוק הפכו לתפילה מול העיר עצמה → 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טהרה והכנה לפני החג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עלייה משותפת אל ראש ההר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קריאה מן האורית ותרגום לאמהרית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תפילה וברכה לעבר ירושלים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ירידה מן ההר וסעודה משותפת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ערך (רעיון): חשבון נפש · אחדות · כיסופים לירושלים · ענווה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מנהג (מעשה): צום עד הצהריים · סעודה משותפת · עלייה להר · קריאה באורית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בעבר – באתיופיה: עלייה להר ליד הכפר · מבט צפונה אל עיר שלא ראו · החלום על ירושלים עוד לא התגשם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היום – בישראל: תפילה בטיילת מול חומות העיר העתיקה · חג של כל מדינת ישראל · תלמידים מכל הרקעים מצטרפים לחגיגה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לדעתכם תעשה ליה? ← תשאל את בני המשפחה ותכין סיפור אישי. ההמשך: ליה פונה לדודתה, שעלתה מאתיופיה בילדותה. הדודה מספרת על ההר, על הצום ועל הקסים, וליה רושמת הכול.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מדוע, לדעתכם, דווקא הר? ← כי ההר מזכיר את הר סיני, ומשם רואים רחוק. ההמשך: "ההר הוא כמו הר סיני," אומרת הדודה. "עמדנו שם כמו העם בקבלת התורה, וחידשנו את הברית. ומלמעלה הבטנו צפונה, אל ירושלים."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תענה הדודה? ← שחלום ישן התגשם, ועדיין יש בה געגוע לכפר. ההמשך: "הרגשתי שהחלום של סבא שלי התגשם," היא אומרת. "ועדיין, לפעמים אני מתגעגעת להר שלנו. אפשר להרגיש שני דברים בבת אחת."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תענה ליה? ← שכל קהילה צריכה חזון משותף, ענווה וגעגוע למשהו גדול ממנה. ההמשך: "הסיגד מלמד ששומרים יחד על חלום," עונה ליה. "גם כיתה יכולה לעצור פעם בשנה, לבקש סליחה ולהתחדש."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התרוממות – התרוממות מבטאת עלייה וגאווה; השאר – הכנעה וענווה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אורית – אורית היא קובץ כתבים, לא שפה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מלך – מלך מוביל בכוח ובשלטון; השאר מובילים בזכות ערכים, ידע והשראה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אכזבה – אכזבה מופנית אל מה שלא קרה; השאר – משיכה אל מה שעוד מקווים 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השוק בכפר – השוק הוא מקום של יום־יום; השאר – מקומות שמסמלים בסיגד תורה וחזון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שהגובה מסמל קרבה לשמיים ומזכיר את הר סיני · 2) שהנהגתם שיתפה את כל הקהילה · 3) הגעגוע הפך לשמחה של הגעה ולהודיה · 4) כי חלום משותף חיבר את הקהילה ושמר על זהותה · 5) הכנה וטהרה לקראת הרגע המרכזי · 6) אחדות סביב זיכרון וחזון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נכון · 9) לא נכון · 10)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אחרי · (2) משום ש · (3) ובנוסף · (4) אך · (5) ובכל זאת · (6) לאחר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שלוש קסים → שלושה קסים · לההר → להר · הספר תורה → ספר התורה · מטריות צבעוניים → מטריות צבעוניות · שלושה שעות → שלוש שעות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העתק של האורית – חסר העתק של האורית 📜. שלט 3 מדבר על כתבי קודש בגעז – וזו האורית.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האם המטרייה במקום? ☂️ ← כן, היא במקום (שולל: המטרייה)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כתוב על המפה? 🗺️ ← גם המפה במקום (שולל: המפה)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דוגמה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אורית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חלום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🌟 מנהיג אמיתי מוביל בדוגמה ובחלום משותף.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יחד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הבוקר: צמים עד הצהריים 🚫🍞 → 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ההר: הקסים 🙏 → 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הפסגה: לעבר ירושלים ❤️ → 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צום בבוקר 🚫🍞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עלייה להר ⛰️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קריאה באורית 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סעודה משותפת 🍲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בדוגמה אישית 🙏: מקשיב לאחרים 👂 · עושה ראשון בעצמו 🚶 · מזכיר את החלום המשותף ❤️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בכוח 💪: צועק על כולם 📢 · מאיים בעונש ⚠️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יעשה הקס? ← יעצור ויעודד את כולם 🙏. ההמשך: הקס עוצר. הוא מזכיר לכולם את החלום. כולם ממשיכים יחד.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באיזו שפה כתובה האורית? ← בגעז 📜. ההמשך: האורית כתובה בגעז. הקס מתרגם לאמהרית.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יקרה עכשיו? ← יורדים ואוכלים יחד 🍲. ההמשך: יורדים מן ההר. אוכלים יחד. שמחים יחד 🎉.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👑 מלך – מלך מוביל בכוח, השאר בדוגמה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😢 אכזבה – אכזבה מוותרת, השאר מושכים קדימה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🛒 עגלת קניות – עגלת קניות לא שייכת לסיגד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כדי שכולם יבינו 🤝 · 2) חלום משותף 💛 · 3) אוכלים וחוגגים יחד 🎉 · 4) הגעגוע הפך לשמחה 😊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כי · (2) אבל · (3) אחרי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לההר → להר · שלוש פרקים → שלושה פרקים · מטריות צבעוניים → מטריות צבעוניות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מאיה – מאיה! היא נוסעת לירושלים כל שנה, והיא "אוהבת להזמין חברים חדשים". הפתק בעברית, והיא נוסעת – לכן היא כתבה "בוא איתנו".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בפתק כתוב "בוא איתנו". מי לא נוסעת מחר? ← רחל (שולל: רחל)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באיזו שפה כתוב הפתק? ← בעברית (שולל: יונתן)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מאיה אוהבת לעשות? ← להזמין חברים חדשים (שולל: רחל)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קהילה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טיילת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הצהריים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אתיופיה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מעולה! עכשיו אתם מכירים מילים חשובות של הסיגד.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ביחד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התחנה המרכזית: קהילה ↔ הרבה אנשים יחד · טיילת ↔ מקום גבוה עם נוף · צמו ↔ לא אכלו → 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הדרך לירושלים: חמישים יום אחרי יום הכיפורים → 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הטיילת: הקסים ↔ קוראים מן האורית · מאיה ↔ מזמינה חברים · יונתן ↔ לומד עברית → 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החגיגה: השתחוות → 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דניאל מוצא פתק בתיק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דניאל עולה לאוטובוס בשבע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דניאל מגיע לטיילת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דניאל רואה את העיר העתיקה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עבר – מה היה: עלתה · קראו · צמו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הווה – מה יש עכשיו: חוגגים · נוסעת · אוהבת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הקסים יעשו? ← יקראו ויתפללו. ההמשך: הקסים קוראים ומתפללים. כולם עומדים בשקט.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למה מאיה אומרת "עוד לא"? ← רבים צמים עד הצהריים. ההמשך: מאיה מסבירה: "בסיגד הרבה אנשים צמים עד הצהריים. נאכל יחד אחר כך."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דניאל מרגיש? ← געגועים לבית הישן. ההמשך: דניאל אומר: "גם אני מתגעגע." מאיה מחייכת: "בסיגד מותר להתגעגע. וגם לשמוח שאנחנו כאן."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צמו – צמו = לא אכלו; השאר – עושים עם אוכל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ירושלים – ירושלים היא עיר; השאר ארצות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אוטובוס – אוטובוס הוא כלי; השאר אנשים שמלמדים ומובילים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עלתה – עלתה בעבר; השאר בהווה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תפילה וגעגוע לירושלים · 2) הוא מסכם את השינוי · 3) ניגוד · 4) בשניהם הולכים למקום גבוה · 5) אומר איפה הקהילה גרה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כי · (2) אבל · (3) וגם · (4) אחר כך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הקהילה עולים → הקהילה עולה · קסים קוראים → הקסים קוראים · ארוחה גדול → ארוחה גדולה · שמח → שמחים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מועד: כ״ט בחשון, 50 יום אחרי יום הכיפורים – לבדוק את התאריך הלועזי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הקשר לחידוש הברית בימי עזרא ונחמיה מוצג כמסורת – לוודא ניסוח.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טהרה וטבילה לפני החג – לוודא את פרטי המנהג.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האורית: כתבי הקודש של הקהילה בגעז – לוודא ניסוח (לרוב חמשת חומשי תורה וספרים נוספים).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הסיגד כחג של כל מדינת ישראל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תרגומי המילון (אנגלית, רוסית, ערבית) – בדיקת דוברים.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תאריך הסיגד בתשפ״ז: כ״ט בחשון = 9.11.2026 (חישוב)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הסיגד כחג רשמי בישראל (נקבע בחוק, 2008)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מנהג נשיאת אבן בעלייה להר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מקום החגיגה בירושלים: טיילת המשקיפה על העיר העתיקה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האורית: כתבי הקודש בגעז, הכוללים את התורה וספרים נוספים – לוודא נוסח.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🌾 חג הסיגד · חט״ב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